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FD38A" w14:textId="77777777" w:rsidR="00507529" w:rsidRDefault="00000000">
      <w:pPr>
        <w:jc w:val="center"/>
      </w:pPr>
      <w:r>
        <w:rPr>
          <w:b/>
          <w:sz w:val="26"/>
        </w:rPr>
        <w:t>NÁVRH KANDIDÁTA ZA ČLENA ZAMESTNANECKEJ ČASTI</w:t>
      </w:r>
    </w:p>
    <w:p w14:paraId="6A232946" w14:textId="77777777" w:rsidR="00507529" w:rsidRDefault="00000000">
      <w:r>
        <w:t>Návrh sa doručuje predsedovi AS TUKE prostredníctvom sekretariátu AS TUKE.</w:t>
      </w:r>
    </w:p>
    <w:p w14:paraId="61F361F5" w14:textId="77777777" w:rsidR="00507529" w:rsidRDefault="00000000">
      <w:pPr>
        <w:jc w:val="center"/>
      </w:pPr>
      <w:r>
        <w:rPr>
          <w:b/>
          <w:sz w:val="24"/>
        </w:rPr>
        <w:t>AKADEMICKÉHO SENÁTU TECHNICKEJ UNIVERZITY V KOŠICIACH</w:t>
      </w:r>
    </w:p>
    <w:p w14:paraId="5101D3B0" w14:textId="77777777" w:rsidR="00507529" w:rsidRDefault="00507529"/>
    <w:p w14:paraId="4E22DF0D" w14:textId="77777777" w:rsidR="00507529" w:rsidRDefault="00000000">
      <w:r>
        <w:t>Návrh kandidáta sa predkladá predsedovi AS TUKE najneskôr do 20. 10. 2026 do 12.00 hod.</w:t>
      </w:r>
    </w:p>
    <w:p w14:paraId="2AD3E6F1" w14:textId="77777777" w:rsidR="00507529" w:rsidRDefault="00000000">
      <w:r>
        <w:t xml:space="preserve">Navrhovateľ </w:t>
      </w:r>
      <w:r w:rsidRPr="00D9328E">
        <w:t xml:space="preserve">musí byť členom zamestnaneckej časti akademickej obce TUKE. </w:t>
      </w:r>
      <w:r w:rsidRPr="00D9328E">
        <w:rPr>
          <w:color w:val="000000"/>
        </w:rPr>
        <w:t>Kandidát musí byť členom zamestnaneckej časti akademickej obce niektorej fakulty TUKE a musí byť uvedený v zozname podľa § 4 Zásad volieb do AS TUKE.</w:t>
      </w:r>
    </w:p>
    <w:p w14:paraId="1E4F70A3" w14:textId="77777777" w:rsidR="00507529" w:rsidRDefault="00000000">
      <w:pPr>
        <w:spacing w:after="80"/>
      </w:pPr>
      <w:r>
        <w:rPr>
          <w:b/>
        </w:rPr>
        <w:t xml:space="preserve">Meno a priezvisko navrhovateľa: </w:t>
      </w:r>
      <w:r>
        <w:t>........................................................................................................</w:t>
      </w:r>
    </w:p>
    <w:p w14:paraId="68A0E2D2" w14:textId="77777777" w:rsidR="00507529" w:rsidRDefault="00000000">
      <w:pPr>
        <w:spacing w:after="80"/>
      </w:pPr>
      <w:r>
        <w:rPr>
          <w:b/>
        </w:rPr>
        <w:t xml:space="preserve">Pracovisko / fakulta navrhovateľa: </w:t>
      </w:r>
      <w:r>
        <w:t>........................................................................................................</w:t>
      </w:r>
    </w:p>
    <w:p w14:paraId="7F2A88AC" w14:textId="77777777" w:rsidR="00507529" w:rsidRDefault="00000000">
      <w:pPr>
        <w:spacing w:after="80"/>
      </w:pPr>
      <w:r>
        <w:rPr>
          <w:b/>
        </w:rPr>
        <w:t xml:space="preserve">Kontaktný e-mail / telefón (na organizačné účely): </w:t>
      </w:r>
      <w:r>
        <w:t>........................................................................................................</w:t>
      </w:r>
    </w:p>
    <w:p w14:paraId="1DCA2E64" w14:textId="77777777" w:rsidR="00507529" w:rsidRDefault="00000000">
      <w:r>
        <w:rPr>
          <w:b/>
        </w:rPr>
        <w:t>V zmysle Zásad volieb do Akademického senátu TUKE navrhujem za kandidáta/kandidátku na člena/členku zamestnaneckej časti AS TUKE:</w:t>
      </w:r>
    </w:p>
    <w:p w14:paraId="70626833" w14:textId="77777777" w:rsidR="00507529" w:rsidRDefault="00000000">
      <w:pPr>
        <w:spacing w:after="80"/>
      </w:pPr>
      <w:r>
        <w:rPr>
          <w:b/>
        </w:rPr>
        <w:t xml:space="preserve">Meno a priezvisko kandidáta/kandidátky: </w:t>
      </w:r>
      <w:r>
        <w:t>........................................................................................................</w:t>
      </w:r>
    </w:p>
    <w:p w14:paraId="0A445D5F" w14:textId="77777777" w:rsidR="00507529" w:rsidRDefault="00000000">
      <w:pPr>
        <w:spacing w:after="80"/>
      </w:pPr>
      <w:r>
        <w:rPr>
          <w:b/>
        </w:rPr>
        <w:t xml:space="preserve">Pracovisko / fakulta kandidáta/kandidátky: </w:t>
      </w:r>
      <w:r>
        <w:t>........................................................................................................</w:t>
      </w:r>
    </w:p>
    <w:p w14:paraId="7BBECE1D" w14:textId="77777777" w:rsidR="00507529" w:rsidRDefault="00000000">
      <w:pPr>
        <w:spacing w:after="80"/>
      </w:pPr>
      <w:r>
        <w:rPr>
          <w:b/>
        </w:rPr>
        <w:t xml:space="preserve">Kontaktný e-mail / telefón (na organizačné účely): </w:t>
      </w:r>
      <w:r>
        <w:t>........................................................................................................</w:t>
      </w:r>
    </w:p>
    <w:p w14:paraId="61F62F1C" w14:textId="77777777" w:rsidR="00507529" w:rsidRDefault="00000000">
      <w:r>
        <w:t>Dátum: ........................................        Podpis navrhovateľa: ........................................................</w:t>
      </w:r>
    </w:p>
    <w:p w14:paraId="3C7A39B0" w14:textId="77777777" w:rsidR="00507529" w:rsidRDefault="00507529"/>
    <w:p w14:paraId="3803D9B9" w14:textId="77777777" w:rsidR="00507529" w:rsidRDefault="00000000">
      <w:pPr>
        <w:jc w:val="center"/>
      </w:pPr>
      <w:r>
        <w:rPr>
          <w:b/>
        </w:rPr>
        <w:t>SÚHLAS KANDIDÁTA/KANDIDÁTKY</w:t>
      </w:r>
    </w:p>
    <w:p w14:paraId="06C45E4F" w14:textId="77777777" w:rsidR="00507529" w:rsidRDefault="00000000">
      <w:r>
        <w:t>Dolupodpísaný/á ........................................................................................................ súhlasím s kandidatúrou za člena/členku zamestnaneckej časti Akademického senátu TUKE vo voľbách konaných 27. 10. 2026.</w:t>
      </w:r>
    </w:p>
    <w:p w14:paraId="3662B6D8" w14:textId="77777777" w:rsidR="00507529" w:rsidRDefault="00000000">
      <w:r>
        <w:t>Dátum: ........................................        Podpis kandidáta/kandidátky: .................................................</w:t>
      </w:r>
    </w:p>
    <w:sectPr w:rsidR="00507529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0611597">
    <w:abstractNumId w:val="8"/>
  </w:num>
  <w:num w:numId="2" w16cid:durableId="320081277">
    <w:abstractNumId w:val="6"/>
  </w:num>
  <w:num w:numId="3" w16cid:durableId="356582575">
    <w:abstractNumId w:val="5"/>
  </w:num>
  <w:num w:numId="4" w16cid:durableId="498081422">
    <w:abstractNumId w:val="4"/>
  </w:num>
  <w:num w:numId="5" w16cid:durableId="1131704267">
    <w:abstractNumId w:val="7"/>
  </w:num>
  <w:num w:numId="6" w16cid:durableId="626273836">
    <w:abstractNumId w:val="3"/>
  </w:num>
  <w:num w:numId="7" w16cid:durableId="1951693578">
    <w:abstractNumId w:val="2"/>
  </w:num>
  <w:num w:numId="8" w16cid:durableId="938484050">
    <w:abstractNumId w:val="1"/>
  </w:num>
  <w:num w:numId="9" w16cid:durableId="22830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473B"/>
    <w:rsid w:val="0029639D"/>
    <w:rsid w:val="00326F90"/>
    <w:rsid w:val="00507529"/>
    <w:rsid w:val="00AA1D8D"/>
    <w:rsid w:val="00B47730"/>
    <w:rsid w:val="00C141EF"/>
    <w:rsid w:val="00C8097B"/>
    <w:rsid w:val="00CB0664"/>
    <w:rsid w:val="00D932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29A63"/>
  <w14:defaultImageDpi w14:val="300"/>
  <w15:docId w15:val="{9178A01C-688D-B64D-BAF5-FAF08AA4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Jozef Glova</cp:lastModifiedBy>
  <cp:revision>2</cp:revision>
  <dcterms:created xsi:type="dcterms:W3CDTF">2026-10-06T09:51:00Z</dcterms:created>
  <dcterms:modified xsi:type="dcterms:W3CDTF">2026-10-06T09:51:00Z</dcterms:modified>
  <cp:category/>
</cp:coreProperties>
</file>